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91F73" w14:textId="5A53238E" w:rsidR="00C14CFE" w:rsidRDefault="00DB31C4" w:rsidP="00C14CFE">
      <w:pPr>
        <w:jc w:val="center"/>
        <w:rPr>
          <w:b/>
          <w:bCs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3688252" wp14:editId="574F0634">
            <wp:simplePos x="0" y="0"/>
            <wp:positionH relativeFrom="column">
              <wp:posOffset>3638550</wp:posOffset>
            </wp:positionH>
            <wp:positionV relativeFrom="paragraph">
              <wp:posOffset>-685800</wp:posOffset>
            </wp:positionV>
            <wp:extent cx="8667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977787159" name="Picture 1" descr="A green circle with a hous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87159" name="Picture 1" descr="A green circle with a house and tex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3C8AD" w14:textId="25C078CF" w:rsidR="00C14CFE" w:rsidRPr="00C14CFE" w:rsidRDefault="00C14CFE" w:rsidP="00C14CFE">
      <w:pPr>
        <w:jc w:val="center"/>
        <w:rPr>
          <w:b/>
          <w:bCs/>
          <w:sz w:val="24"/>
          <w:szCs w:val="24"/>
          <w:lang w:val="sv-SE"/>
        </w:rPr>
      </w:pPr>
      <w:r w:rsidRPr="00C14CFE">
        <w:rPr>
          <w:b/>
          <w:bCs/>
          <w:sz w:val="24"/>
          <w:szCs w:val="24"/>
          <w:lang w:val="sv-SE"/>
        </w:rPr>
        <w:t>SENARAI DAN PANDUAN PENGGUNAAN PERALATAN KORPORAT OUTLET</w:t>
      </w:r>
    </w:p>
    <w:tbl>
      <w:tblPr>
        <w:tblStyle w:val="TableGrid"/>
        <w:tblW w:w="13782" w:type="dxa"/>
        <w:tblLook w:val="04A0" w:firstRow="1" w:lastRow="0" w:firstColumn="1" w:lastColumn="0" w:noHBand="0" w:noVBand="1"/>
      </w:tblPr>
      <w:tblGrid>
        <w:gridCol w:w="1785"/>
        <w:gridCol w:w="3273"/>
        <w:gridCol w:w="2250"/>
        <w:gridCol w:w="1980"/>
        <w:gridCol w:w="4494"/>
      </w:tblGrid>
      <w:tr w:rsidR="002F578D" w14:paraId="285C3792" w14:textId="77777777" w:rsidTr="005D0F8A">
        <w:trPr>
          <w:trHeight w:val="557"/>
        </w:trPr>
        <w:tc>
          <w:tcPr>
            <w:tcW w:w="1785" w:type="dxa"/>
          </w:tcPr>
          <w:p w14:paraId="18737FE2" w14:textId="169997F2" w:rsidR="006877D3" w:rsidRPr="00C14CFE" w:rsidRDefault="008E4B50">
            <w:pPr>
              <w:rPr>
                <w:b/>
                <w:bCs/>
              </w:rPr>
            </w:pPr>
            <w:r w:rsidRPr="00C14CFE">
              <w:rPr>
                <w:b/>
                <w:bCs/>
              </w:rPr>
              <w:t>No. Kod</w:t>
            </w:r>
          </w:p>
        </w:tc>
        <w:tc>
          <w:tcPr>
            <w:tcW w:w="3273" w:type="dxa"/>
          </w:tcPr>
          <w:p w14:paraId="21FDBA46" w14:textId="76CB1C34" w:rsidR="006877D3" w:rsidRPr="00C14CFE" w:rsidRDefault="008E4B50">
            <w:pPr>
              <w:rPr>
                <w:b/>
                <w:bCs/>
              </w:rPr>
            </w:pPr>
            <w:r w:rsidRPr="00C14CFE">
              <w:rPr>
                <w:b/>
                <w:bCs/>
              </w:rPr>
              <w:t xml:space="preserve">Gambar </w:t>
            </w:r>
            <w:proofErr w:type="spellStart"/>
            <w:r w:rsidRPr="00C14CFE">
              <w:rPr>
                <w:b/>
                <w:bCs/>
              </w:rPr>
              <w:t>Peralatan</w:t>
            </w:r>
            <w:proofErr w:type="spellEnd"/>
          </w:p>
        </w:tc>
        <w:tc>
          <w:tcPr>
            <w:tcW w:w="2250" w:type="dxa"/>
          </w:tcPr>
          <w:p w14:paraId="1DDFD99C" w14:textId="77777777" w:rsidR="006877D3" w:rsidRPr="00C14CFE" w:rsidRDefault="008E4B50">
            <w:pPr>
              <w:rPr>
                <w:b/>
                <w:bCs/>
              </w:rPr>
            </w:pPr>
            <w:r w:rsidRPr="00C14CFE">
              <w:rPr>
                <w:b/>
                <w:bCs/>
              </w:rPr>
              <w:t>Nama Peralatan</w:t>
            </w:r>
          </w:p>
        </w:tc>
        <w:tc>
          <w:tcPr>
            <w:tcW w:w="1980" w:type="dxa"/>
          </w:tcPr>
          <w:p w14:paraId="2FAC08C5" w14:textId="77777777" w:rsidR="006877D3" w:rsidRPr="00C14CFE" w:rsidRDefault="008E4B50">
            <w:pPr>
              <w:rPr>
                <w:b/>
                <w:bCs/>
              </w:rPr>
            </w:pPr>
            <w:r w:rsidRPr="00C14CFE">
              <w:rPr>
                <w:b/>
                <w:bCs/>
              </w:rPr>
              <w:t>Kegunaan</w:t>
            </w:r>
          </w:p>
        </w:tc>
        <w:tc>
          <w:tcPr>
            <w:tcW w:w="4494" w:type="dxa"/>
          </w:tcPr>
          <w:p w14:paraId="75D931E6" w14:textId="77777777" w:rsidR="006877D3" w:rsidRPr="00C14CFE" w:rsidRDefault="008E4B50">
            <w:pPr>
              <w:rPr>
                <w:b/>
                <w:bCs/>
              </w:rPr>
            </w:pPr>
            <w:r w:rsidRPr="00C14CFE">
              <w:rPr>
                <w:b/>
                <w:bCs/>
              </w:rPr>
              <w:t>Cara Guna</w:t>
            </w:r>
          </w:p>
        </w:tc>
      </w:tr>
      <w:tr w:rsidR="002F578D" w:rsidRPr="00A9692E" w14:paraId="047E9137" w14:textId="77777777" w:rsidTr="005D0F8A">
        <w:trPr>
          <w:trHeight w:val="2780"/>
        </w:trPr>
        <w:tc>
          <w:tcPr>
            <w:tcW w:w="1785" w:type="dxa"/>
          </w:tcPr>
          <w:p w14:paraId="74CCAEFB" w14:textId="77777777" w:rsidR="006877D3" w:rsidRDefault="008E4B50">
            <w:r>
              <w:t>001</w:t>
            </w:r>
          </w:p>
        </w:tc>
        <w:tc>
          <w:tcPr>
            <w:tcW w:w="3273" w:type="dxa"/>
          </w:tcPr>
          <w:p w14:paraId="36CF857B" w14:textId="1EE14C4A" w:rsidR="006877D3" w:rsidRDefault="006877D3"/>
          <w:p w14:paraId="147C4DC6" w14:textId="358B598D" w:rsidR="000F04DF" w:rsidRDefault="000F04DF"/>
          <w:p w14:paraId="151FD083" w14:textId="3DF755FB" w:rsidR="000F04DF" w:rsidRDefault="00906230"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7C4E3BF2" wp14:editId="47BEA7F5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12700</wp:posOffset>
                  </wp:positionV>
                  <wp:extent cx="130175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179" y="21442"/>
                      <wp:lineTo x="21179" y="0"/>
                      <wp:lineTo x="0" y="0"/>
                    </wp:wrapPolygon>
                  </wp:wrapTight>
                  <wp:docPr id="19905209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F0CF1C" w14:textId="71EFC5CD" w:rsidR="000F04DF" w:rsidRDefault="000F04DF"/>
          <w:p w14:paraId="0E576807" w14:textId="77777777" w:rsidR="000F04DF" w:rsidRDefault="000F04DF"/>
          <w:p w14:paraId="5BF3898D" w14:textId="77777777" w:rsidR="000F04DF" w:rsidRDefault="000F04DF"/>
          <w:p w14:paraId="3A2133A9" w14:textId="77777777" w:rsidR="000F04DF" w:rsidRDefault="000F04DF"/>
          <w:p w14:paraId="57B04414" w14:textId="554DA6DA" w:rsidR="000F04DF" w:rsidRDefault="000F04DF"/>
          <w:p w14:paraId="02CFE8E8" w14:textId="77777777" w:rsidR="000F04DF" w:rsidRDefault="000F04DF"/>
          <w:p w14:paraId="50EAFA6B" w14:textId="77777777" w:rsidR="000F04DF" w:rsidRDefault="000F04DF"/>
          <w:p w14:paraId="4AAC5479" w14:textId="77777777" w:rsidR="000F04DF" w:rsidRDefault="000F04DF"/>
          <w:p w14:paraId="17E930CC" w14:textId="77777777" w:rsidR="000F04DF" w:rsidRDefault="000F04DF"/>
          <w:p w14:paraId="6B61D64E" w14:textId="5F552923" w:rsidR="000F04DF" w:rsidRDefault="000F04DF"/>
        </w:tc>
        <w:tc>
          <w:tcPr>
            <w:tcW w:w="2250" w:type="dxa"/>
          </w:tcPr>
          <w:p w14:paraId="236769BF" w14:textId="77777777" w:rsidR="006877D3" w:rsidRDefault="008E4B50">
            <w:r>
              <w:t>Bosch GBH 2-24 DRE</w:t>
            </w:r>
          </w:p>
        </w:tc>
        <w:tc>
          <w:tcPr>
            <w:tcW w:w="1980" w:type="dxa"/>
          </w:tcPr>
          <w:p w14:paraId="51507E28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Untuk kerja penebukan konkrit dan dinding</w:t>
            </w:r>
          </w:p>
        </w:tc>
        <w:tc>
          <w:tcPr>
            <w:tcW w:w="4494" w:type="dxa"/>
          </w:tcPr>
          <w:p w14:paraId="1804A019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Pilih mod yang sesuai (drill atau hammer). Pastikan mata drill dipasang dengan betul sebelum mula.</w:t>
            </w:r>
          </w:p>
        </w:tc>
      </w:tr>
      <w:tr w:rsidR="002F578D" w:rsidRPr="00A9692E" w14:paraId="6419056E" w14:textId="77777777" w:rsidTr="005D0F8A">
        <w:trPr>
          <w:trHeight w:val="2330"/>
        </w:trPr>
        <w:tc>
          <w:tcPr>
            <w:tcW w:w="1785" w:type="dxa"/>
          </w:tcPr>
          <w:p w14:paraId="06958BF4" w14:textId="4365C212" w:rsidR="006877D3" w:rsidRDefault="008E4B50">
            <w:r>
              <w:t>002</w:t>
            </w:r>
          </w:p>
        </w:tc>
        <w:tc>
          <w:tcPr>
            <w:tcW w:w="3273" w:type="dxa"/>
          </w:tcPr>
          <w:p w14:paraId="39DA8DBD" w14:textId="6CDF9F7D" w:rsidR="006877D3" w:rsidRDefault="006877D3"/>
          <w:p w14:paraId="0FBECC22" w14:textId="36EFB448" w:rsidR="000F04DF" w:rsidRDefault="000F04DF"/>
          <w:p w14:paraId="01076F03" w14:textId="2E9BA7CE" w:rsidR="000F04DF" w:rsidRDefault="00906230"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4B364C7E" wp14:editId="34A4E39D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57150</wp:posOffset>
                  </wp:positionV>
                  <wp:extent cx="14668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532338102" name="Picture 4" descr="FIXMAN Portable 12V Cordless Industrial Battery Power Drill Machine Combo  Kit Cordless Screwdriver|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XMAN Portable 12V Cordless Industrial Battery Power Drill Machine Combo  Kit Cordless Screwdriver|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A41DDA" w14:textId="52CA1BDC" w:rsidR="000F04DF" w:rsidRDefault="000F04DF"/>
          <w:p w14:paraId="48939518" w14:textId="1E5F2C75" w:rsidR="000F04DF" w:rsidRDefault="000F04DF"/>
          <w:p w14:paraId="7B8156C9" w14:textId="7374CD98" w:rsidR="000F04DF" w:rsidRDefault="000F04DF"/>
          <w:p w14:paraId="7C08AC0B" w14:textId="77777777" w:rsidR="000F04DF" w:rsidRDefault="000F04DF"/>
          <w:p w14:paraId="3A73E93D" w14:textId="77777777" w:rsidR="000F04DF" w:rsidRDefault="000F04DF"/>
          <w:p w14:paraId="0194AD68" w14:textId="77777777" w:rsidR="000F04DF" w:rsidRDefault="000F04DF"/>
          <w:p w14:paraId="38C27104" w14:textId="77777777" w:rsidR="000F04DF" w:rsidRDefault="000F04DF"/>
          <w:p w14:paraId="5B276ECA" w14:textId="77777777" w:rsidR="000F04DF" w:rsidRDefault="000F04DF"/>
          <w:p w14:paraId="1FD5A545" w14:textId="77777777" w:rsidR="000F04DF" w:rsidRDefault="000F04DF"/>
          <w:p w14:paraId="35A81158" w14:textId="77777777" w:rsidR="000F04DF" w:rsidRDefault="000F04DF"/>
          <w:p w14:paraId="3226C01F" w14:textId="7ECE767D" w:rsidR="000F04DF" w:rsidRDefault="000F04DF"/>
        </w:tc>
        <w:tc>
          <w:tcPr>
            <w:tcW w:w="2250" w:type="dxa"/>
          </w:tcPr>
          <w:p w14:paraId="13A52CBF" w14:textId="77777777" w:rsidR="006877D3" w:rsidRDefault="008E4B50">
            <w:r>
              <w:t>Fixman Handrill R7001</w:t>
            </w:r>
          </w:p>
        </w:tc>
        <w:tc>
          <w:tcPr>
            <w:tcW w:w="1980" w:type="dxa"/>
          </w:tcPr>
          <w:p w14:paraId="42B259CD" w14:textId="77777777" w:rsidR="006877D3" w:rsidRDefault="008E4B50">
            <w:r>
              <w:t>Kerja penebukan ringan</w:t>
            </w:r>
          </w:p>
        </w:tc>
        <w:tc>
          <w:tcPr>
            <w:tcW w:w="4494" w:type="dxa"/>
          </w:tcPr>
          <w:p w14:paraId="4F2BF313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Tetapkan kelajuan yang sesuai dan gunakan mata drill yang tepat untuk bahan kerja.</w:t>
            </w:r>
          </w:p>
        </w:tc>
      </w:tr>
      <w:tr w:rsidR="002F578D" w:rsidRPr="00A9692E" w14:paraId="6588E3E5" w14:textId="77777777" w:rsidTr="005D0F8A">
        <w:trPr>
          <w:trHeight w:val="2330"/>
        </w:trPr>
        <w:tc>
          <w:tcPr>
            <w:tcW w:w="1785" w:type="dxa"/>
          </w:tcPr>
          <w:p w14:paraId="2EF22B86" w14:textId="3DE24FA6" w:rsidR="006877D3" w:rsidRDefault="00C14CFE">
            <w:r w:rsidRPr="00DB31C4">
              <w:rPr>
                <w:lang w:val="sv-SE"/>
              </w:rPr>
              <w:lastRenderedPageBreak/>
              <w:t xml:space="preserve"> </w:t>
            </w:r>
            <w:r>
              <w:t>003</w:t>
            </w:r>
          </w:p>
        </w:tc>
        <w:tc>
          <w:tcPr>
            <w:tcW w:w="3273" w:type="dxa"/>
          </w:tcPr>
          <w:p w14:paraId="56375674" w14:textId="6E5B31CF" w:rsidR="006877D3" w:rsidRDefault="006877D3"/>
          <w:p w14:paraId="2AD461D8" w14:textId="4BC9E79B" w:rsidR="000F04DF" w:rsidRDefault="00906230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349BAD5" wp14:editId="5FF2DB6F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77470</wp:posOffset>
                  </wp:positionV>
                  <wp:extent cx="1443990" cy="1333500"/>
                  <wp:effectExtent l="0" t="0" r="3810" b="0"/>
                  <wp:wrapTight wrapText="bothSides">
                    <wp:wrapPolygon edited="0">
                      <wp:start x="0" y="0"/>
                      <wp:lineTo x="0" y="21291"/>
                      <wp:lineTo x="21372" y="21291"/>
                      <wp:lineTo x="21372" y="0"/>
                      <wp:lineTo x="0" y="0"/>
                    </wp:wrapPolygon>
                  </wp:wrapTight>
                  <wp:docPr id="5093323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AF1AD4" w14:textId="0373067B" w:rsidR="000F04DF" w:rsidRDefault="000F04DF"/>
          <w:p w14:paraId="1C55F2EC" w14:textId="4DD05140" w:rsidR="000F04DF" w:rsidRDefault="000F04DF"/>
          <w:p w14:paraId="61721E8D" w14:textId="36E3FAFD" w:rsidR="000F04DF" w:rsidRDefault="000F04DF"/>
          <w:p w14:paraId="29ECAC02" w14:textId="61B4EEA0" w:rsidR="000F04DF" w:rsidRDefault="000F04DF"/>
          <w:p w14:paraId="58B9103F" w14:textId="415602FF" w:rsidR="000F04DF" w:rsidRDefault="000F04DF"/>
          <w:p w14:paraId="7FEFEE79" w14:textId="7280D431" w:rsidR="000F04DF" w:rsidRDefault="000F04DF"/>
          <w:p w14:paraId="3D71E409" w14:textId="77777777" w:rsidR="000F04DF" w:rsidRDefault="000F04DF"/>
          <w:p w14:paraId="1433AE70" w14:textId="77777777" w:rsidR="000F04DF" w:rsidRDefault="000F04DF"/>
          <w:p w14:paraId="1B7C7000" w14:textId="0206DCFC" w:rsidR="000F04DF" w:rsidRDefault="000F04DF"/>
        </w:tc>
        <w:tc>
          <w:tcPr>
            <w:tcW w:w="2250" w:type="dxa"/>
          </w:tcPr>
          <w:p w14:paraId="0FE16BF2" w14:textId="77777777" w:rsidR="006877D3" w:rsidRDefault="008E4B50">
            <w:r>
              <w:t>Hole Cutter</w:t>
            </w:r>
          </w:p>
        </w:tc>
        <w:tc>
          <w:tcPr>
            <w:tcW w:w="1980" w:type="dxa"/>
          </w:tcPr>
          <w:p w14:paraId="55F6E261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Membuat lubang besar pada permukaan</w:t>
            </w:r>
          </w:p>
        </w:tc>
        <w:tc>
          <w:tcPr>
            <w:tcW w:w="4494" w:type="dxa"/>
          </w:tcPr>
          <w:p w14:paraId="7B57774E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Sambungkan ke mesin drill. Gunakan tekanan perlahan untuk permukaan yang keras.</w:t>
            </w:r>
          </w:p>
        </w:tc>
      </w:tr>
      <w:tr w:rsidR="002F578D" w:rsidRPr="00A9692E" w14:paraId="6A65F2E0" w14:textId="77777777" w:rsidTr="005D0F8A">
        <w:trPr>
          <w:trHeight w:val="1790"/>
        </w:trPr>
        <w:tc>
          <w:tcPr>
            <w:tcW w:w="1785" w:type="dxa"/>
          </w:tcPr>
          <w:p w14:paraId="4F9BAC12" w14:textId="1B8D5B07" w:rsidR="006877D3" w:rsidRDefault="008E4B50">
            <w:r>
              <w:t>004</w:t>
            </w:r>
          </w:p>
        </w:tc>
        <w:tc>
          <w:tcPr>
            <w:tcW w:w="3273" w:type="dxa"/>
          </w:tcPr>
          <w:p w14:paraId="7C47FB77" w14:textId="54765E8C" w:rsidR="006877D3" w:rsidRDefault="006877D3"/>
          <w:p w14:paraId="08B8F185" w14:textId="08BFBFC4" w:rsidR="000F04DF" w:rsidRDefault="002F578D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672ABE4" wp14:editId="6D06F91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69850</wp:posOffset>
                  </wp:positionV>
                  <wp:extent cx="1520190" cy="1534795"/>
                  <wp:effectExtent l="0" t="0" r="3810" b="8255"/>
                  <wp:wrapTight wrapText="bothSides">
                    <wp:wrapPolygon edited="0">
                      <wp:start x="0" y="0"/>
                      <wp:lineTo x="0" y="21448"/>
                      <wp:lineTo x="21383" y="21448"/>
                      <wp:lineTo x="21383" y="0"/>
                      <wp:lineTo x="0" y="0"/>
                    </wp:wrapPolygon>
                  </wp:wrapTight>
                  <wp:docPr id="1475030381" name="Picture 6" descr="Laser Measuring Tools for sal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ser Measuring Tools for sal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7E90E7" w14:textId="33380FB7" w:rsidR="000F04DF" w:rsidRDefault="000F04DF"/>
          <w:p w14:paraId="72844F68" w14:textId="5D24D57C" w:rsidR="000F04DF" w:rsidRDefault="000F04DF"/>
          <w:p w14:paraId="3A720E1B" w14:textId="77777777" w:rsidR="000F04DF" w:rsidRDefault="000F04DF"/>
          <w:p w14:paraId="7CF0380D" w14:textId="77777777" w:rsidR="000F04DF" w:rsidRDefault="000F04DF"/>
          <w:p w14:paraId="5F0E73FB" w14:textId="1BDFE7DA" w:rsidR="000F04DF" w:rsidRDefault="000F04DF"/>
          <w:p w14:paraId="181AB203" w14:textId="09C9FC8F" w:rsidR="000F04DF" w:rsidRDefault="000F04DF"/>
          <w:p w14:paraId="5544649A" w14:textId="77777777" w:rsidR="000F04DF" w:rsidRDefault="000F04DF"/>
          <w:p w14:paraId="5CD7C08E" w14:textId="77777777" w:rsidR="000F04DF" w:rsidRDefault="000F04DF"/>
          <w:p w14:paraId="786BE34A" w14:textId="77777777" w:rsidR="000F04DF" w:rsidRDefault="000F04DF"/>
          <w:p w14:paraId="22250D40" w14:textId="6D321599" w:rsidR="000F04DF" w:rsidRDefault="000F04DF"/>
        </w:tc>
        <w:tc>
          <w:tcPr>
            <w:tcW w:w="2250" w:type="dxa"/>
          </w:tcPr>
          <w:p w14:paraId="027A1A82" w14:textId="77777777" w:rsidR="006877D3" w:rsidRDefault="008E4B50">
            <w:r>
              <w:t>Laser Measures Set</w:t>
            </w:r>
          </w:p>
        </w:tc>
        <w:tc>
          <w:tcPr>
            <w:tcW w:w="1980" w:type="dxa"/>
          </w:tcPr>
          <w:p w14:paraId="2157A0EE" w14:textId="77777777" w:rsidR="006877D3" w:rsidRDefault="008E4B50"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</w:p>
        </w:tc>
        <w:tc>
          <w:tcPr>
            <w:tcW w:w="4494" w:type="dxa"/>
          </w:tcPr>
          <w:p w14:paraId="39C58AAD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Hidupkan alat, sasarkan ke permukaan, dan baca jarak pada skrin.</w:t>
            </w:r>
          </w:p>
        </w:tc>
      </w:tr>
      <w:tr w:rsidR="002F578D" w:rsidRPr="00A9692E" w14:paraId="634BD696" w14:textId="77777777" w:rsidTr="005D0F8A">
        <w:trPr>
          <w:trHeight w:val="2240"/>
        </w:trPr>
        <w:tc>
          <w:tcPr>
            <w:tcW w:w="1785" w:type="dxa"/>
          </w:tcPr>
          <w:p w14:paraId="64236805" w14:textId="77777777" w:rsidR="006877D3" w:rsidRDefault="008E4B50">
            <w:r>
              <w:t>005</w:t>
            </w:r>
          </w:p>
        </w:tc>
        <w:tc>
          <w:tcPr>
            <w:tcW w:w="3273" w:type="dxa"/>
          </w:tcPr>
          <w:p w14:paraId="7C9F56EA" w14:textId="0E35C2A8" w:rsidR="006877D3" w:rsidRDefault="002F578D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C99D0E7" wp14:editId="0DB2A7E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66675</wp:posOffset>
                  </wp:positionV>
                  <wp:extent cx="1307465" cy="1323975"/>
                  <wp:effectExtent l="0" t="0" r="6985" b="9525"/>
                  <wp:wrapTight wrapText="bothSides">
                    <wp:wrapPolygon edited="0">
                      <wp:start x="0" y="0"/>
                      <wp:lineTo x="0" y="21445"/>
                      <wp:lineTo x="21401" y="21445"/>
                      <wp:lineTo x="21401" y="0"/>
                      <wp:lineTo x="0" y="0"/>
                    </wp:wrapPolygon>
                  </wp:wrapTight>
                  <wp:docPr id="1329359036" name="Picture 7" descr="Factory Portable mini fixer Furniture Pressure Cordless Nail Gun| 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ctory Portable mini fixer Furniture Pressure Cordless Nail Gun| 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5334CF" w14:textId="77777777" w:rsidR="000F04DF" w:rsidRDefault="000F04DF"/>
          <w:p w14:paraId="5BE44766" w14:textId="77777777" w:rsidR="000F04DF" w:rsidRDefault="000F04DF"/>
          <w:p w14:paraId="4A760C37" w14:textId="18EE6F6F" w:rsidR="000F04DF" w:rsidRDefault="000F04DF"/>
          <w:p w14:paraId="24BCB19C" w14:textId="77777777" w:rsidR="000F04DF" w:rsidRDefault="000F04DF"/>
          <w:p w14:paraId="0AFEFDB1" w14:textId="77777777" w:rsidR="000F04DF" w:rsidRDefault="000F04DF"/>
          <w:p w14:paraId="20AF3A39" w14:textId="77777777" w:rsidR="000F04DF" w:rsidRDefault="000F04DF"/>
          <w:p w14:paraId="01E56E04" w14:textId="77777777" w:rsidR="000F04DF" w:rsidRDefault="000F04DF"/>
          <w:p w14:paraId="3D5A7031" w14:textId="2D33C707" w:rsidR="000F04DF" w:rsidRDefault="000F04DF"/>
        </w:tc>
        <w:tc>
          <w:tcPr>
            <w:tcW w:w="2250" w:type="dxa"/>
          </w:tcPr>
          <w:p w14:paraId="518EE29D" w14:textId="77777777" w:rsidR="006877D3" w:rsidRDefault="008E4B50">
            <w:r>
              <w:t>Mini Fixer</w:t>
            </w:r>
          </w:p>
        </w:tc>
        <w:tc>
          <w:tcPr>
            <w:tcW w:w="1980" w:type="dxa"/>
          </w:tcPr>
          <w:p w14:paraId="71988091" w14:textId="77777777" w:rsidR="006877D3" w:rsidRDefault="008E4B50">
            <w:proofErr w:type="spellStart"/>
            <w:r>
              <w:t>Baiki</w:t>
            </w:r>
            <w:proofErr w:type="spellEnd"/>
            <w:r>
              <w:t xml:space="preserve"> </w:t>
            </w:r>
            <w:proofErr w:type="spellStart"/>
            <w:r>
              <w:t>peralatan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</w:p>
        </w:tc>
        <w:tc>
          <w:tcPr>
            <w:tcW w:w="4494" w:type="dxa"/>
          </w:tcPr>
          <w:p w14:paraId="02892B39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Gunakan alat dengan berhati-hati untuk kerja pembaikan kecil seperti penyambungan komponen.</w:t>
            </w:r>
          </w:p>
        </w:tc>
      </w:tr>
      <w:tr w:rsidR="002F578D" w:rsidRPr="00A9692E" w14:paraId="0322CA45" w14:textId="77777777" w:rsidTr="005D0F8A">
        <w:trPr>
          <w:trHeight w:val="1462"/>
        </w:trPr>
        <w:tc>
          <w:tcPr>
            <w:tcW w:w="1785" w:type="dxa"/>
          </w:tcPr>
          <w:p w14:paraId="6F743120" w14:textId="1CBB323D" w:rsidR="006877D3" w:rsidRDefault="008E4B50">
            <w:r>
              <w:lastRenderedPageBreak/>
              <w:t>006</w:t>
            </w:r>
          </w:p>
        </w:tc>
        <w:tc>
          <w:tcPr>
            <w:tcW w:w="3273" w:type="dxa"/>
          </w:tcPr>
          <w:p w14:paraId="578D9A66" w14:textId="30049501" w:rsidR="000F04DF" w:rsidRDefault="002F578D" w:rsidP="002F578D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E27D3CC" wp14:editId="45B31C1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117475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604613991" name="Picture 8" descr="Bosch GSB 185-LI Cordless Brushless Hammer Metal Chuck Drill Driver 18V  with 23pcs Drill bits and Screwbit Ki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sch GSB 185-LI Cordless Brushless Hammer Metal Chuck Drill Driver 18V  with 23pcs Drill bits and Screwbit Ki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14:paraId="6E692BF8" w14:textId="77777777" w:rsidR="006877D3" w:rsidRDefault="008E4B50">
            <w:r>
              <w:t>Bosch GSB 185-LI</w:t>
            </w:r>
          </w:p>
        </w:tc>
        <w:tc>
          <w:tcPr>
            <w:tcW w:w="1980" w:type="dxa"/>
          </w:tcPr>
          <w:p w14:paraId="53C8BF08" w14:textId="77777777" w:rsidR="006877D3" w:rsidRDefault="008E4B50">
            <w:r>
              <w:t>Kerja penebukan dan pemasangan</w:t>
            </w:r>
          </w:p>
        </w:tc>
        <w:tc>
          <w:tcPr>
            <w:tcW w:w="4494" w:type="dxa"/>
          </w:tcPr>
          <w:p w14:paraId="57556C26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Cas bateri sebelum guna. Tetapkan arah putaran dan gunakan aksesori sesuai.</w:t>
            </w:r>
          </w:p>
        </w:tc>
      </w:tr>
      <w:tr w:rsidR="002F578D" w:rsidRPr="00A9692E" w14:paraId="39820B04" w14:textId="77777777" w:rsidTr="005D0F8A">
        <w:trPr>
          <w:trHeight w:val="1406"/>
        </w:trPr>
        <w:tc>
          <w:tcPr>
            <w:tcW w:w="1785" w:type="dxa"/>
          </w:tcPr>
          <w:p w14:paraId="68B67216" w14:textId="77777777" w:rsidR="006877D3" w:rsidRDefault="008E4B50">
            <w:r>
              <w:t>007</w:t>
            </w:r>
          </w:p>
        </w:tc>
        <w:tc>
          <w:tcPr>
            <w:tcW w:w="3273" w:type="dxa"/>
          </w:tcPr>
          <w:p w14:paraId="7798A8AA" w14:textId="54830455" w:rsidR="006877D3" w:rsidRDefault="002F578D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1F86D3C" wp14:editId="5178D9E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1590675" cy="1590675"/>
                  <wp:effectExtent l="0" t="0" r="0" b="9525"/>
                  <wp:wrapTight wrapText="bothSides">
                    <wp:wrapPolygon edited="0">
                      <wp:start x="10606" y="0"/>
                      <wp:lineTo x="2587" y="776"/>
                      <wp:lineTo x="776" y="1552"/>
                      <wp:lineTo x="2069" y="13193"/>
                      <wp:lineTo x="3622" y="16814"/>
                      <wp:lineTo x="3880" y="19143"/>
                      <wp:lineTo x="7243" y="20953"/>
                      <wp:lineTo x="11899" y="21471"/>
                      <wp:lineTo x="14745" y="21471"/>
                      <wp:lineTo x="17590" y="20953"/>
                      <wp:lineTo x="20695" y="17849"/>
                      <wp:lineTo x="20695" y="16814"/>
                      <wp:lineTo x="17073" y="12675"/>
                      <wp:lineTo x="16038" y="8537"/>
                      <wp:lineTo x="15004" y="776"/>
                      <wp:lineTo x="14745" y="0"/>
                      <wp:lineTo x="10606" y="0"/>
                    </wp:wrapPolygon>
                  </wp:wrapTight>
                  <wp:docPr id="20113242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16CB57" w14:textId="77777777" w:rsidR="000F04DF" w:rsidRDefault="000F04DF"/>
          <w:p w14:paraId="0C414084" w14:textId="615EF5D9" w:rsidR="000F04DF" w:rsidRDefault="000F04DF"/>
          <w:p w14:paraId="542E6D8C" w14:textId="3B96B9D3" w:rsidR="000F04DF" w:rsidRDefault="000F04DF"/>
          <w:p w14:paraId="2F96A987" w14:textId="68556E80" w:rsidR="000F04DF" w:rsidRDefault="002F578D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5DE7FB" wp14:editId="2C8958B9">
                      <wp:extent cx="304800" cy="304800"/>
                      <wp:effectExtent l="0" t="0" r="0" b="0"/>
                      <wp:docPr id="529095611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1957B8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9CE17BB" w14:textId="77777777" w:rsidR="000F04DF" w:rsidRDefault="000F04DF"/>
          <w:p w14:paraId="08F4BD21" w14:textId="3E93B90D" w:rsidR="000F04DF" w:rsidRDefault="000F04DF"/>
          <w:p w14:paraId="4891CA18" w14:textId="77777777" w:rsidR="000F04DF" w:rsidRDefault="000F04DF"/>
          <w:p w14:paraId="3350C73E" w14:textId="07E9253D" w:rsidR="000F04DF" w:rsidRDefault="000F04DF"/>
          <w:p w14:paraId="21CF54B8" w14:textId="77777777" w:rsidR="000F04DF" w:rsidRDefault="000F04DF"/>
          <w:p w14:paraId="3A43989A" w14:textId="4C72BD02" w:rsidR="000F04DF" w:rsidRDefault="000F04DF"/>
        </w:tc>
        <w:tc>
          <w:tcPr>
            <w:tcW w:w="2250" w:type="dxa"/>
          </w:tcPr>
          <w:p w14:paraId="4E4217EC" w14:textId="77777777" w:rsidR="006877D3" w:rsidRDefault="008E4B50">
            <w:r>
              <w:t>Drill Bit Set</w:t>
            </w:r>
          </w:p>
        </w:tc>
        <w:tc>
          <w:tcPr>
            <w:tcW w:w="1980" w:type="dxa"/>
          </w:tcPr>
          <w:p w14:paraId="589C999E" w14:textId="77777777" w:rsidR="006877D3" w:rsidRDefault="008E4B50">
            <w:r>
              <w:t>Set mata drill untuk pelbagai kegunaan</w:t>
            </w:r>
          </w:p>
        </w:tc>
        <w:tc>
          <w:tcPr>
            <w:tcW w:w="4494" w:type="dxa"/>
          </w:tcPr>
          <w:p w14:paraId="0ABE16EC" w14:textId="77777777" w:rsidR="006877D3" w:rsidRPr="00C14CFE" w:rsidRDefault="008E4B50">
            <w:pPr>
              <w:rPr>
                <w:lang w:val="sv-SE"/>
              </w:rPr>
            </w:pPr>
            <w:r w:rsidRPr="00C14CFE">
              <w:rPr>
                <w:lang w:val="sv-SE"/>
              </w:rPr>
              <w:t>Pilih mata drill berdasarkan bahan (kayu, logam, konkrit) dan pasang dengan ketat pada mesin drill.</w:t>
            </w:r>
          </w:p>
        </w:tc>
      </w:tr>
      <w:tr w:rsidR="00C61C4A" w:rsidRPr="00A9692E" w14:paraId="441CF78B" w14:textId="77777777" w:rsidTr="005D0F8A">
        <w:trPr>
          <w:trHeight w:val="2267"/>
        </w:trPr>
        <w:tc>
          <w:tcPr>
            <w:tcW w:w="1785" w:type="dxa"/>
          </w:tcPr>
          <w:p w14:paraId="27A523B9" w14:textId="26B20670" w:rsidR="00C61C4A" w:rsidRDefault="00C61C4A" w:rsidP="00C61C4A">
            <w:r>
              <w:t>008</w:t>
            </w:r>
          </w:p>
        </w:tc>
        <w:tc>
          <w:tcPr>
            <w:tcW w:w="3273" w:type="dxa"/>
          </w:tcPr>
          <w:p w14:paraId="05583F7C" w14:textId="68C9CFDD" w:rsidR="00C61C4A" w:rsidRDefault="00650170" w:rsidP="00C61C4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E9E9EF9" wp14:editId="4357A15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1600200" cy="1275715"/>
                  <wp:effectExtent l="0" t="0" r="0" b="635"/>
                  <wp:wrapTight wrapText="bothSides">
                    <wp:wrapPolygon edited="0">
                      <wp:start x="0" y="0"/>
                      <wp:lineTo x="0" y="21288"/>
                      <wp:lineTo x="21343" y="21288"/>
                      <wp:lineTo x="21343" y="0"/>
                      <wp:lineTo x="0" y="0"/>
                    </wp:wrapPolygon>
                  </wp:wrapTight>
                  <wp:docPr id="1999676920" name="Picture 2" descr="DOITOOL 1 Set Electric Drill Dust Cover Home Dust Remover Rotary Tool  Rotary Hammer Drill Rubber Drill Dust Collector Hammer Dust Collection  Attachment Rotary Hammer Dust Extractor : Amazon.ca: Tools &amp;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ITOOL 1 Set Electric Drill Dust Cover Home Dust Remover Rotary Tool  Rotary Hammer Drill Rubber Drill Dust Collector Hammer Dust Collection  Attachment Rotary Hammer Dust Extractor : Amazon.ca: Tools &amp;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14:paraId="25883245" w14:textId="7E0FC623" w:rsidR="00C61C4A" w:rsidRDefault="00C61C4A" w:rsidP="00C61C4A">
            <w:r>
              <w:rPr>
                <w:noProof/>
              </w:rPr>
              <w:t>Drill Dust Collector</w:t>
            </w:r>
          </w:p>
        </w:tc>
        <w:tc>
          <w:tcPr>
            <w:tcW w:w="1980" w:type="dxa"/>
          </w:tcPr>
          <w:p w14:paraId="74FD39B6" w14:textId="3227ABD8" w:rsidR="00C61C4A" w:rsidRPr="00C31E4A" w:rsidRDefault="00C31E4A" w:rsidP="00C31E4A">
            <w:pPr>
              <w:rPr>
                <w:lang w:val="sv-SE"/>
              </w:rPr>
            </w:pPr>
            <w:r>
              <w:rPr>
                <w:lang w:val="sv-SE"/>
              </w:rPr>
              <w:t>M</w:t>
            </w:r>
            <w:r w:rsidRPr="00C31E4A">
              <w:rPr>
                <w:lang w:val="sv-SE"/>
              </w:rPr>
              <w:t xml:space="preserve">engumpul habuk dan serpihan </w:t>
            </w:r>
            <w:r>
              <w:rPr>
                <w:lang w:val="sv-SE"/>
              </w:rPr>
              <w:t>semasa drill</w:t>
            </w:r>
          </w:p>
        </w:tc>
        <w:tc>
          <w:tcPr>
            <w:tcW w:w="4494" w:type="dxa"/>
          </w:tcPr>
          <w:p w14:paraId="319BE13F" w14:textId="368C636D" w:rsidR="00C61C4A" w:rsidRPr="006E326A" w:rsidRDefault="006E326A" w:rsidP="006E326A">
            <w:pPr>
              <w:rPr>
                <w:lang w:val="sv-SE"/>
              </w:rPr>
            </w:pPr>
            <w:r w:rsidRPr="006E326A">
              <w:rPr>
                <w:lang w:val="sv-SE"/>
              </w:rPr>
              <w:t>Pasang drill dust collector pada gerudi, lekapkan ke permukaan, dan mula menggerudi untuk mengumpul habuk dengan bersih.</w:t>
            </w:r>
          </w:p>
        </w:tc>
      </w:tr>
    </w:tbl>
    <w:p w14:paraId="0B2D8530" w14:textId="77777777" w:rsidR="005B4F4E" w:rsidRDefault="005B4F4E" w:rsidP="005B4F4E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4A5DF4F4" wp14:editId="118B166D">
            <wp:simplePos x="0" y="0"/>
            <wp:positionH relativeFrom="column">
              <wp:posOffset>3629025</wp:posOffset>
            </wp:positionH>
            <wp:positionV relativeFrom="paragraph">
              <wp:posOffset>-695325</wp:posOffset>
            </wp:positionV>
            <wp:extent cx="8667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397751130" name="Picture 1" descr="A green circle with a hous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87159" name="Picture 1" descr="A green circle with a house and tex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B3277" w14:textId="77777777" w:rsidR="005B4F4E" w:rsidRPr="000B1155" w:rsidRDefault="005B4F4E" w:rsidP="005B4F4E">
      <w:pPr>
        <w:jc w:val="center"/>
        <w:rPr>
          <w:b/>
          <w:bCs/>
          <w:lang w:val="sv-SE"/>
        </w:rPr>
      </w:pPr>
      <w:r w:rsidRPr="000B1155">
        <w:rPr>
          <w:b/>
          <w:bCs/>
          <w:lang w:val="sv-SE"/>
        </w:rPr>
        <w:t>BORANG PEMINJAMAN PERALATAN KORPORAT OUTLET</w:t>
      </w:r>
    </w:p>
    <w:tbl>
      <w:tblPr>
        <w:tblStyle w:val="TableGrid"/>
        <w:tblW w:w="12950" w:type="dxa"/>
        <w:tblLook w:val="04A0" w:firstRow="1" w:lastRow="0" w:firstColumn="1" w:lastColumn="0" w:noHBand="0" w:noVBand="1"/>
      </w:tblPr>
      <w:tblGrid>
        <w:gridCol w:w="761"/>
        <w:gridCol w:w="2686"/>
        <w:gridCol w:w="1611"/>
        <w:gridCol w:w="2369"/>
        <w:gridCol w:w="1458"/>
        <w:gridCol w:w="1257"/>
        <w:gridCol w:w="1443"/>
        <w:gridCol w:w="1365"/>
      </w:tblGrid>
      <w:tr w:rsidR="005B4F4E" w14:paraId="4A47EF3F" w14:textId="77777777" w:rsidTr="00D971AA">
        <w:trPr>
          <w:trHeight w:val="710"/>
        </w:trPr>
        <w:tc>
          <w:tcPr>
            <w:tcW w:w="761" w:type="dxa"/>
          </w:tcPr>
          <w:p w14:paraId="01ABE9A2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 w:rsidRPr="000B1155">
              <w:rPr>
                <w:b/>
                <w:bCs/>
              </w:rPr>
              <w:t>Bil</w:t>
            </w:r>
          </w:p>
        </w:tc>
        <w:tc>
          <w:tcPr>
            <w:tcW w:w="2686" w:type="dxa"/>
          </w:tcPr>
          <w:p w14:paraId="3B2E9CA1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 w:rsidRPr="000B1155">
              <w:rPr>
                <w:b/>
                <w:bCs/>
              </w:rPr>
              <w:t>Nama dan Unit/</w:t>
            </w:r>
            <w:proofErr w:type="spellStart"/>
            <w:r w:rsidRPr="000B1155">
              <w:rPr>
                <w:b/>
                <w:bCs/>
              </w:rPr>
              <w:t>Jabatan</w:t>
            </w:r>
            <w:proofErr w:type="spellEnd"/>
          </w:p>
        </w:tc>
        <w:tc>
          <w:tcPr>
            <w:tcW w:w="1611" w:type="dxa"/>
          </w:tcPr>
          <w:p w14:paraId="063BAFD9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proofErr w:type="spellStart"/>
            <w:r w:rsidRPr="000B1155">
              <w:rPr>
                <w:b/>
                <w:bCs/>
              </w:rPr>
              <w:t>Kod</w:t>
            </w:r>
            <w:proofErr w:type="spellEnd"/>
            <w:r w:rsidRPr="000B1155">
              <w:rPr>
                <w:b/>
                <w:bCs/>
              </w:rPr>
              <w:t xml:space="preserve"> </w:t>
            </w:r>
            <w:proofErr w:type="spellStart"/>
            <w:r w:rsidRPr="000B1155">
              <w:rPr>
                <w:b/>
                <w:bCs/>
              </w:rPr>
              <w:t>Peralatan</w:t>
            </w:r>
            <w:proofErr w:type="spellEnd"/>
          </w:p>
        </w:tc>
        <w:tc>
          <w:tcPr>
            <w:tcW w:w="2369" w:type="dxa"/>
          </w:tcPr>
          <w:p w14:paraId="3AD5DCC4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 w:rsidRPr="000B1155">
              <w:rPr>
                <w:b/>
                <w:bCs/>
              </w:rPr>
              <w:t>Tujuan</w:t>
            </w:r>
          </w:p>
        </w:tc>
        <w:tc>
          <w:tcPr>
            <w:tcW w:w="1458" w:type="dxa"/>
          </w:tcPr>
          <w:p w14:paraId="3983293D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 w:rsidRPr="000B1155">
              <w:rPr>
                <w:b/>
                <w:bCs/>
              </w:rPr>
              <w:t>Tarikh</w:t>
            </w:r>
          </w:p>
        </w:tc>
        <w:tc>
          <w:tcPr>
            <w:tcW w:w="1257" w:type="dxa"/>
          </w:tcPr>
          <w:p w14:paraId="77D1E16C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 w:rsidRPr="000B1155">
              <w:rPr>
                <w:b/>
                <w:bCs/>
              </w:rPr>
              <w:t>Masa</w:t>
            </w:r>
          </w:p>
        </w:tc>
        <w:tc>
          <w:tcPr>
            <w:tcW w:w="1443" w:type="dxa"/>
          </w:tcPr>
          <w:p w14:paraId="49C1EB63" w14:textId="77777777" w:rsidR="005B4F4E" w:rsidRDefault="005B4F4E" w:rsidP="00D971AA">
            <w:pPr>
              <w:jc w:val="center"/>
              <w:rPr>
                <w:b/>
                <w:bCs/>
              </w:rPr>
            </w:pPr>
            <w:r w:rsidRPr="000B1155">
              <w:rPr>
                <w:b/>
                <w:bCs/>
              </w:rPr>
              <w:t>Sign</w:t>
            </w:r>
            <w:r>
              <w:rPr>
                <w:b/>
                <w:bCs/>
              </w:rPr>
              <w:t>-in</w:t>
            </w:r>
          </w:p>
          <w:p w14:paraId="2F70183F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(Pickup)</w:t>
            </w:r>
          </w:p>
        </w:tc>
        <w:tc>
          <w:tcPr>
            <w:tcW w:w="1365" w:type="dxa"/>
          </w:tcPr>
          <w:p w14:paraId="7A5EF636" w14:textId="77777777" w:rsidR="005B4F4E" w:rsidRDefault="005B4F4E" w:rsidP="00D971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Sign-out</w:t>
            </w:r>
          </w:p>
          <w:p w14:paraId="281860D7" w14:textId="77777777" w:rsidR="005B4F4E" w:rsidRPr="000B1155" w:rsidRDefault="005B4F4E" w:rsidP="00D971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(Return)</w:t>
            </w:r>
          </w:p>
        </w:tc>
      </w:tr>
      <w:tr w:rsidR="005B4F4E" w14:paraId="53051E2E" w14:textId="77777777" w:rsidTr="00D971AA">
        <w:trPr>
          <w:trHeight w:val="520"/>
        </w:trPr>
        <w:tc>
          <w:tcPr>
            <w:tcW w:w="761" w:type="dxa"/>
          </w:tcPr>
          <w:p w14:paraId="44B2273E" w14:textId="77777777" w:rsidR="005B4F4E" w:rsidRDefault="005B4F4E" w:rsidP="00D971AA"/>
        </w:tc>
        <w:tc>
          <w:tcPr>
            <w:tcW w:w="2686" w:type="dxa"/>
          </w:tcPr>
          <w:p w14:paraId="019849D2" w14:textId="77777777" w:rsidR="005B4F4E" w:rsidRDefault="005B4F4E" w:rsidP="00D971AA"/>
        </w:tc>
        <w:tc>
          <w:tcPr>
            <w:tcW w:w="1611" w:type="dxa"/>
          </w:tcPr>
          <w:p w14:paraId="4A54BE07" w14:textId="77777777" w:rsidR="005B4F4E" w:rsidRDefault="005B4F4E" w:rsidP="00D971AA"/>
        </w:tc>
        <w:tc>
          <w:tcPr>
            <w:tcW w:w="2369" w:type="dxa"/>
          </w:tcPr>
          <w:p w14:paraId="300AE9FD" w14:textId="77777777" w:rsidR="005B4F4E" w:rsidRDefault="005B4F4E" w:rsidP="00D971AA"/>
        </w:tc>
        <w:tc>
          <w:tcPr>
            <w:tcW w:w="1458" w:type="dxa"/>
          </w:tcPr>
          <w:p w14:paraId="2DBF4CE1" w14:textId="77777777" w:rsidR="005B4F4E" w:rsidRDefault="005B4F4E" w:rsidP="00D971AA"/>
        </w:tc>
        <w:tc>
          <w:tcPr>
            <w:tcW w:w="1257" w:type="dxa"/>
          </w:tcPr>
          <w:p w14:paraId="1EF50F89" w14:textId="77777777" w:rsidR="005B4F4E" w:rsidRDefault="005B4F4E" w:rsidP="00D971AA"/>
        </w:tc>
        <w:tc>
          <w:tcPr>
            <w:tcW w:w="1443" w:type="dxa"/>
          </w:tcPr>
          <w:p w14:paraId="3A61AC4C" w14:textId="77777777" w:rsidR="005B4F4E" w:rsidRDefault="005B4F4E" w:rsidP="00D971AA"/>
        </w:tc>
        <w:tc>
          <w:tcPr>
            <w:tcW w:w="1365" w:type="dxa"/>
          </w:tcPr>
          <w:p w14:paraId="501BBBEC" w14:textId="77777777" w:rsidR="005B4F4E" w:rsidRDefault="005B4F4E" w:rsidP="00D971AA"/>
        </w:tc>
      </w:tr>
      <w:tr w:rsidR="005B4F4E" w14:paraId="6E899D9C" w14:textId="77777777" w:rsidTr="00D971AA">
        <w:trPr>
          <w:trHeight w:val="520"/>
        </w:trPr>
        <w:tc>
          <w:tcPr>
            <w:tcW w:w="761" w:type="dxa"/>
          </w:tcPr>
          <w:p w14:paraId="0663B590" w14:textId="77777777" w:rsidR="005B4F4E" w:rsidRDefault="005B4F4E" w:rsidP="00D971AA"/>
        </w:tc>
        <w:tc>
          <w:tcPr>
            <w:tcW w:w="2686" w:type="dxa"/>
          </w:tcPr>
          <w:p w14:paraId="3A39098A" w14:textId="77777777" w:rsidR="005B4F4E" w:rsidRDefault="005B4F4E" w:rsidP="00D971AA"/>
        </w:tc>
        <w:tc>
          <w:tcPr>
            <w:tcW w:w="1611" w:type="dxa"/>
          </w:tcPr>
          <w:p w14:paraId="392FBDC3" w14:textId="77777777" w:rsidR="005B4F4E" w:rsidRDefault="005B4F4E" w:rsidP="00D971AA"/>
        </w:tc>
        <w:tc>
          <w:tcPr>
            <w:tcW w:w="2369" w:type="dxa"/>
          </w:tcPr>
          <w:p w14:paraId="778FB861" w14:textId="77777777" w:rsidR="005B4F4E" w:rsidRDefault="005B4F4E" w:rsidP="00D971AA"/>
        </w:tc>
        <w:tc>
          <w:tcPr>
            <w:tcW w:w="1458" w:type="dxa"/>
          </w:tcPr>
          <w:p w14:paraId="5FA15992" w14:textId="77777777" w:rsidR="005B4F4E" w:rsidRDefault="005B4F4E" w:rsidP="00D971AA"/>
        </w:tc>
        <w:tc>
          <w:tcPr>
            <w:tcW w:w="1257" w:type="dxa"/>
          </w:tcPr>
          <w:p w14:paraId="4BF62B74" w14:textId="77777777" w:rsidR="005B4F4E" w:rsidRDefault="005B4F4E" w:rsidP="00D971AA"/>
        </w:tc>
        <w:tc>
          <w:tcPr>
            <w:tcW w:w="1443" w:type="dxa"/>
          </w:tcPr>
          <w:p w14:paraId="3DEDCCD2" w14:textId="77777777" w:rsidR="005B4F4E" w:rsidRDefault="005B4F4E" w:rsidP="00D971AA"/>
        </w:tc>
        <w:tc>
          <w:tcPr>
            <w:tcW w:w="1365" w:type="dxa"/>
          </w:tcPr>
          <w:p w14:paraId="66D7594C" w14:textId="77777777" w:rsidR="005B4F4E" w:rsidRDefault="005B4F4E" w:rsidP="00D971AA"/>
        </w:tc>
      </w:tr>
      <w:tr w:rsidR="005B4F4E" w14:paraId="430EA5F5" w14:textId="77777777" w:rsidTr="00D971AA">
        <w:trPr>
          <w:trHeight w:val="493"/>
        </w:trPr>
        <w:tc>
          <w:tcPr>
            <w:tcW w:w="761" w:type="dxa"/>
          </w:tcPr>
          <w:p w14:paraId="3070642E" w14:textId="77777777" w:rsidR="005B4F4E" w:rsidRDefault="005B4F4E" w:rsidP="00D971AA"/>
        </w:tc>
        <w:tc>
          <w:tcPr>
            <w:tcW w:w="2686" w:type="dxa"/>
          </w:tcPr>
          <w:p w14:paraId="62C011F3" w14:textId="77777777" w:rsidR="005B4F4E" w:rsidRDefault="005B4F4E" w:rsidP="00D971AA"/>
        </w:tc>
        <w:tc>
          <w:tcPr>
            <w:tcW w:w="1611" w:type="dxa"/>
          </w:tcPr>
          <w:p w14:paraId="7D7D7DED" w14:textId="77777777" w:rsidR="005B4F4E" w:rsidRDefault="005B4F4E" w:rsidP="00D971AA"/>
        </w:tc>
        <w:tc>
          <w:tcPr>
            <w:tcW w:w="2369" w:type="dxa"/>
          </w:tcPr>
          <w:p w14:paraId="5254E774" w14:textId="77777777" w:rsidR="005B4F4E" w:rsidRDefault="005B4F4E" w:rsidP="00D971AA"/>
        </w:tc>
        <w:tc>
          <w:tcPr>
            <w:tcW w:w="1458" w:type="dxa"/>
          </w:tcPr>
          <w:p w14:paraId="1E403ECF" w14:textId="77777777" w:rsidR="005B4F4E" w:rsidRDefault="005B4F4E" w:rsidP="00D971AA"/>
        </w:tc>
        <w:tc>
          <w:tcPr>
            <w:tcW w:w="1257" w:type="dxa"/>
          </w:tcPr>
          <w:p w14:paraId="21B653BB" w14:textId="77777777" w:rsidR="005B4F4E" w:rsidRDefault="005B4F4E" w:rsidP="00D971AA"/>
        </w:tc>
        <w:tc>
          <w:tcPr>
            <w:tcW w:w="1443" w:type="dxa"/>
          </w:tcPr>
          <w:p w14:paraId="6AB7002D" w14:textId="77777777" w:rsidR="005B4F4E" w:rsidRDefault="005B4F4E" w:rsidP="00D971AA"/>
        </w:tc>
        <w:tc>
          <w:tcPr>
            <w:tcW w:w="1365" w:type="dxa"/>
          </w:tcPr>
          <w:p w14:paraId="098EB6FC" w14:textId="77777777" w:rsidR="005B4F4E" w:rsidRDefault="005B4F4E" w:rsidP="00D971AA"/>
        </w:tc>
      </w:tr>
      <w:tr w:rsidR="005B4F4E" w14:paraId="3E8AEBCA" w14:textId="77777777" w:rsidTr="00D971AA">
        <w:trPr>
          <w:trHeight w:val="520"/>
        </w:trPr>
        <w:tc>
          <w:tcPr>
            <w:tcW w:w="761" w:type="dxa"/>
          </w:tcPr>
          <w:p w14:paraId="24017BA0" w14:textId="77777777" w:rsidR="005B4F4E" w:rsidRDefault="005B4F4E" w:rsidP="00D971AA"/>
        </w:tc>
        <w:tc>
          <w:tcPr>
            <w:tcW w:w="2686" w:type="dxa"/>
          </w:tcPr>
          <w:p w14:paraId="67F077DF" w14:textId="77777777" w:rsidR="005B4F4E" w:rsidRDefault="005B4F4E" w:rsidP="00D971AA"/>
        </w:tc>
        <w:tc>
          <w:tcPr>
            <w:tcW w:w="1611" w:type="dxa"/>
          </w:tcPr>
          <w:p w14:paraId="0F33A28C" w14:textId="77777777" w:rsidR="005B4F4E" w:rsidRDefault="005B4F4E" w:rsidP="00D971AA"/>
        </w:tc>
        <w:tc>
          <w:tcPr>
            <w:tcW w:w="2369" w:type="dxa"/>
          </w:tcPr>
          <w:p w14:paraId="4AEF83FD" w14:textId="77777777" w:rsidR="005B4F4E" w:rsidRDefault="005B4F4E" w:rsidP="00D971AA"/>
        </w:tc>
        <w:tc>
          <w:tcPr>
            <w:tcW w:w="1458" w:type="dxa"/>
          </w:tcPr>
          <w:p w14:paraId="61A7646A" w14:textId="77777777" w:rsidR="005B4F4E" w:rsidRDefault="005B4F4E" w:rsidP="00D971AA"/>
        </w:tc>
        <w:tc>
          <w:tcPr>
            <w:tcW w:w="1257" w:type="dxa"/>
          </w:tcPr>
          <w:p w14:paraId="6DC418BD" w14:textId="77777777" w:rsidR="005B4F4E" w:rsidRDefault="005B4F4E" w:rsidP="00D971AA"/>
        </w:tc>
        <w:tc>
          <w:tcPr>
            <w:tcW w:w="1443" w:type="dxa"/>
          </w:tcPr>
          <w:p w14:paraId="16F5E986" w14:textId="77777777" w:rsidR="005B4F4E" w:rsidRDefault="005B4F4E" w:rsidP="00D971AA"/>
        </w:tc>
        <w:tc>
          <w:tcPr>
            <w:tcW w:w="1365" w:type="dxa"/>
          </w:tcPr>
          <w:p w14:paraId="730C6BA7" w14:textId="77777777" w:rsidR="005B4F4E" w:rsidRDefault="005B4F4E" w:rsidP="00D971AA"/>
        </w:tc>
      </w:tr>
      <w:tr w:rsidR="005B4F4E" w14:paraId="56F96006" w14:textId="77777777" w:rsidTr="00D971AA">
        <w:trPr>
          <w:trHeight w:val="493"/>
        </w:trPr>
        <w:tc>
          <w:tcPr>
            <w:tcW w:w="761" w:type="dxa"/>
          </w:tcPr>
          <w:p w14:paraId="7284839D" w14:textId="77777777" w:rsidR="005B4F4E" w:rsidRDefault="005B4F4E" w:rsidP="00D971AA"/>
        </w:tc>
        <w:tc>
          <w:tcPr>
            <w:tcW w:w="2686" w:type="dxa"/>
          </w:tcPr>
          <w:p w14:paraId="60BA1911" w14:textId="77777777" w:rsidR="005B4F4E" w:rsidRDefault="005B4F4E" w:rsidP="00D971AA"/>
        </w:tc>
        <w:tc>
          <w:tcPr>
            <w:tcW w:w="1611" w:type="dxa"/>
          </w:tcPr>
          <w:p w14:paraId="5E6084E7" w14:textId="77777777" w:rsidR="005B4F4E" w:rsidRDefault="005B4F4E" w:rsidP="00D971AA"/>
        </w:tc>
        <w:tc>
          <w:tcPr>
            <w:tcW w:w="2369" w:type="dxa"/>
          </w:tcPr>
          <w:p w14:paraId="37D7890E" w14:textId="77777777" w:rsidR="005B4F4E" w:rsidRDefault="005B4F4E" w:rsidP="00D971AA"/>
        </w:tc>
        <w:tc>
          <w:tcPr>
            <w:tcW w:w="1458" w:type="dxa"/>
          </w:tcPr>
          <w:p w14:paraId="62B1B095" w14:textId="77777777" w:rsidR="005B4F4E" w:rsidRDefault="005B4F4E" w:rsidP="00D971AA"/>
        </w:tc>
        <w:tc>
          <w:tcPr>
            <w:tcW w:w="1257" w:type="dxa"/>
          </w:tcPr>
          <w:p w14:paraId="55D01D71" w14:textId="77777777" w:rsidR="005B4F4E" w:rsidRDefault="005B4F4E" w:rsidP="00D971AA"/>
        </w:tc>
        <w:tc>
          <w:tcPr>
            <w:tcW w:w="1443" w:type="dxa"/>
          </w:tcPr>
          <w:p w14:paraId="2C0665AC" w14:textId="77777777" w:rsidR="005B4F4E" w:rsidRDefault="005B4F4E" w:rsidP="00D971AA"/>
        </w:tc>
        <w:tc>
          <w:tcPr>
            <w:tcW w:w="1365" w:type="dxa"/>
          </w:tcPr>
          <w:p w14:paraId="0C77475D" w14:textId="77777777" w:rsidR="005B4F4E" w:rsidRDefault="005B4F4E" w:rsidP="00D971AA"/>
        </w:tc>
      </w:tr>
      <w:tr w:rsidR="005B4F4E" w14:paraId="7FC29741" w14:textId="77777777" w:rsidTr="00D971AA">
        <w:trPr>
          <w:trHeight w:val="520"/>
        </w:trPr>
        <w:tc>
          <w:tcPr>
            <w:tcW w:w="761" w:type="dxa"/>
          </w:tcPr>
          <w:p w14:paraId="37E5AA96" w14:textId="77777777" w:rsidR="005B4F4E" w:rsidRDefault="005B4F4E" w:rsidP="00D971AA"/>
        </w:tc>
        <w:tc>
          <w:tcPr>
            <w:tcW w:w="2686" w:type="dxa"/>
          </w:tcPr>
          <w:p w14:paraId="00CDFF42" w14:textId="77777777" w:rsidR="005B4F4E" w:rsidRDefault="005B4F4E" w:rsidP="00D971AA"/>
        </w:tc>
        <w:tc>
          <w:tcPr>
            <w:tcW w:w="1611" w:type="dxa"/>
          </w:tcPr>
          <w:p w14:paraId="79C63461" w14:textId="77777777" w:rsidR="005B4F4E" w:rsidRDefault="005B4F4E" w:rsidP="00D971AA"/>
        </w:tc>
        <w:tc>
          <w:tcPr>
            <w:tcW w:w="2369" w:type="dxa"/>
          </w:tcPr>
          <w:p w14:paraId="43D4704A" w14:textId="77777777" w:rsidR="005B4F4E" w:rsidRDefault="005B4F4E" w:rsidP="00D971AA"/>
        </w:tc>
        <w:tc>
          <w:tcPr>
            <w:tcW w:w="1458" w:type="dxa"/>
          </w:tcPr>
          <w:p w14:paraId="47E4A06C" w14:textId="77777777" w:rsidR="005B4F4E" w:rsidRDefault="005B4F4E" w:rsidP="00D971AA"/>
        </w:tc>
        <w:tc>
          <w:tcPr>
            <w:tcW w:w="1257" w:type="dxa"/>
          </w:tcPr>
          <w:p w14:paraId="28EB2B66" w14:textId="77777777" w:rsidR="005B4F4E" w:rsidRDefault="005B4F4E" w:rsidP="00D971AA"/>
        </w:tc>
        <w:tc>
          <w:tcPr>
            <w:tcW w:w="1443" w:type="dxa"/>
          </w:tcPr>
          <w:p w14:paraId="60ECAB90" w14:textId="77777777" w:rsidR="005B4F4E" w:rsidRDefault="005B4F4E" w:rsidP="00D971AA"/>
        </w:tc>
        <w:tc>
          <w:tcPr>
            <w:tcW w:w="1365" w:type="dxa"/>
          </w:tcPr>
          <w:p w14:paraId="727EA666" w14:textId="77777777" w:rsidR="005B4F4E" w:rsidRDefault="005B4F4E" w:rsidP="00D971AA"/>
        </w:tc>
      </w:tr>
      <w:tr w:rsidR="005B4F4E" w14:paraId="31807870" w14:textId="77777777" w:rsidTr="00D971AA">
        <w:trPr>
          <w:trHeight w:val="493"/>
        </w:trPr>
        <w:tc>
          <w:tcPr>
            <w:tcW w:w="761" w:type="dxa"/>
          </w:tcPr>
          <w:p w14:paraId="673190B9" w14:textId="77777777" w:rsidR="005B4F4E" w:rsidRDefault="005B4F4E" w:rsidP="00D971AA"/>
        </w:tc>
        <w:tc>
          <w:tcPr>
            <w:tcW w:w="2686" w:type="dxa"/>
          </w:tcPr>
          <w:p w14:paraId="7389E9A3" w14:textId="77777777" w:rsidR="005B4F4E" w:rsidRDefault="005B4F4E" w:rsidP="00D971AA"/>
        </w:tc>
        <w:tc>
          <w:tcPr>
            <w:tcW w:w="1611" w:type="dxa"/>
          </w:tcPr>
          <w:p w14:paraId="0CD509A7" w14:textId="77777777" w:rsidR="005B4F4E" w:rsidRDefault="005B4F4E" w:rsidP="00D971AA"/>
        </w:tc>
        <w:tc>
          <w:tcPr>
            <w:tcW w:w="2369" w:type="dxa"/>
          </w:tcPr>
          <w:p w14:paraId="63E013D2" w14:textId="77777777" w:rsidR="005B4F4E" w:rsidRDefault="005B4F4E" w:rsidP="00D971AA"/>
        </w:tc>
        <w:tc>
          <w:tcPr>
            <w:tcW w:w="1458" w:type="dxa"/>
          </w:tcPr>
          <w:p w14:paraId="26655C6C" w14:textId="77777777" w:rsidR="005B4F4E" w:rsidRDefault="005B4F4E" w:rsidP="00D971AA"/>
        </w:tc>
        <w:tc>
          <w:tcPr>
            <w:tcW w:w="1257" w:type="dxa"/>
          </w:tcPr>
          <w:p w14:paraId="19975BC0" w14:textId="77777777" w:rsidR="005B4F4E" w:rsidRDefault="005B4F4E" w:rsidP="00D971AA"/>
        </w:tc>
        <w:tc>
          <w:tcPr>
            <w:tcW w:w="1443" w:type="dxa"/>
          </w:tcPr>
          <w:p w14:paraId="5EA79749" w14:textId="77777777" w:rsidR="005B4F4E" w:rsidRDefault="005B4F4E" w:rsidP="00D971AA"/>
        </w:tc>
        <w:tc>
          <w:tcPr>
            <w:tcW w:w="1365" w:type="dxa"/>
          </w:tcPr>
          <w:p w14:paraId="5E63B0BF" w14:textId="77777777" w:rsidR="005B4F4E" w:rsidRDefault="005B4F4E" w:rsidP="00D971AA"/>
        </w:tc>
      </w:tr>
      <w:tr w:rsidR="005B4F4E" w14:paraId="62954AA7" w14:textId="77777777" w:rsidTr="00D971AA">
        <w:trPr>
          <w:trHeight w:val="493"/>
        </w:trPr>
        <w:tc>
          <w:tcPr>
            <w:tcW w:w="761" w:type="dxa"/>
          </w:tcPr>
          <w:p w14:paraId="28992D7E" w14:textId="77777777" w:rsidR="005B4F4E" w:rsidRDefault="005B4F4E" w:rsidP="00D971AA"/>
        </w:tc>
        <w:tc>
          <w:tcPr>
            <w:tcW w:w="2686" w:type="dxa"/>
          </w:tcPr>
          <w:p w14:paraId="1772F538" w14:textId="77777777" w:rsidR="005B4F4E" w:rsidRDefault="005B4F4E" w:rsidP="00D971AA"/>
        </w:tc>
        <w:tc>
          <w:tcPr>
            <w:tcW w:w="1611" w:type="dxa"/>
          </w:tcPr>
          <w:p w14:paraId="303632E5" w14:textId="77777777" w:rsidR="005B4F4E" w:rsidRDefault="005B4F4E" w:rsidP="00D971AA"/>
        </w:tc>
        <w:tc>
          <w:tcPr>
            <w:tcW w:w="2369" w:type="dxa"/>
          </w:tcPr>
          <w:p w14:paraId="2A4B54F5" w14:textId="77777777" w:rsidR="005B4F4E" w:rsidRDefault="005B4F4E" w:rsidP="00D971AA"/>
        </w:tc>
        <w:tc>
          <w:tcPr>
            <w:tcW w:w="1458" w:type="dxa"/>
          </w:tcPr>
          <w:p w14:paraId="270705B6" w14:textId="77777777" w:rsidR="005B4F4E" w:rsidRDefault="005B4F4E" w:rsidP="00D971AA"/>
        </w:tc>
        <w:tc>
          <w:tcPr>
            <w:tcW w:w="1257" w:type="dxa"/>
          </w:tcPr>
          <w:p w14:paraId="5372CE43" w14:textId="77777777" w:rsidR="005B4F4E" w:rsidRDefault="005B4F4E" w:rsidP="00D971AA"/>
        </w:tc>
        <w:tc>
          <w:tcPr>
            <w:tcW w:w="1443" w:type="dxa"/>
          </w:tcPr>
          <w:p w14:paraId="765FD48D" w14:textId="77777777" w:rsidR="005B4F4E" w:rsidRDefault="005B4F4E" w:rsidP="00D971AA"/>
        </w:tc>
        <w:tc>
          <w:tcPr>
            <w:tcW w:w="1365" w:type="dxa"/>
          </w:tcPr>
          <w:p w14:paraId="556A1ADC" w14:textId="77777777" w:rsidR="005B4F4E" w:rsidRDefault="005B4F4E" w:rsidP="00D971AA"/>
        </w:tc>
      </w:tr>
      <w:tr w:rsidR="005B4F4E" w14:paraId="7ADAAEA0" w14:textId="77777777" w:rsidTr="00D971AA">
        <w:trPr>
          <w:trHeight w:val="493"/>
        </w:trPr>
        <w:tc>
          <w:tcPr>
            <w:tcW w:w="761" w:type="dxa"/>
          </w:tcPr>
          <w:p w14:paraId="145DD59E" w14:textId="77777777" w:rsidR="005B4F4E" w:rsidRDefault="005B4F4E" w:rsidP="00D971AA"/>
        </w:tc>
        <w:tc>
          <w:tcPr>
            <w:tcW w:w="2686" w:type="dxa"/>
          </w:tcPr>
          <w:p w14:paraId="6ED8C5EB" w14:textId="77777777" w:rsidR="005B4F4E" w:rsidRDefault="005B4F4E" w:rsidP="00D971AA"/>
        </w:tc>
        <w:tc>
          <w:tcPr>
            <w:tcW w:w="1611" w:type="dxa"/>
          </w:tcPr>
          <w:p w14:paraId="0D2DB911" w14:textId="77777777" w:rsidR="005B4F4E" w:rsidRDefault="005B4F4E" w:rsidP="00D971AA"/>
        </w:tc>
        <w:tc>
          <w:tcPr>
            <w:tcW w:w="2369" w:type="dxa"/>
          </w:tcPr>
          <w:p w14:paraId="2E217BD9" w14:textId="77777777" w:rsidR="005B4F4E" w:rsidRDefault="005B4F4E" w:rsidP="00D971AA"/>
        </w:tc>
        <w:tc>
          <w:tcPr>
            <w:tcW w:w="1458" w:type="dxa"/>
          </w:tcPr>
          <w:p w14:paraId="5598EFEC" w14:textId="77777777" w:rsidR="005B4F4E" w:rsidRDefault="005B4F4E" w:rsidP="00D971AA"/>
        </w:tc>
        <w:tc>
          <w:tcPr>
            <w:tcW w:w="1257" w:type="dxa"/>
          </w:tcPr>
          <w:p w14:paraId="6739247F" w14:textId="77777777" w:rsidR="005B4F4E" w:rsidRDefault="005B4F4E" w:rsidP="00D971AA"/>
        </w:tc>
        <w:tc>
          <w:tcPr>
            <w:tcW w:w="1443" w:type="dxa"/>
          </w:tcPr>
          <w:p w14:paraId="163A0E55" w14:textId="77777777" w:rsidR="005B4F4E" w:rsidRDefault="005B4F4E" w:rsidP="00D971AA"/>
        </w:tc>
        <w:tc>
          <w:tcPr>
            <w:tcW w:w="1365" w:type="dxa"/>
          </w:tcPr>
          <w:p w14:paraId="4C447F76" w14:textId="77777777" w:rsidR="005B4F4E" w:rsidRDefault="005B4F4E" w:rsidP="00D971AA"/>
        </w:tc>
      </w:tr>
      <w:tr w:rsidR="005B4F4E" w14:paraId="37EA7798" w14:textId="77777777" w:rsidTr="00D971AA">
        <w:trPr>
          <w:trHeight w:val="493"/>
        </w:trPr>
        <w:tc>
          <w:tcPr>
            <w:tcW w:w="761" w:type="dxa"/>
          </w:tcPr>
          <w:p w14:paraId="326A2B62" w14:textId="77777777" w:rsidR="005B4F4E" w:rsidRDefault="005B4F4E" w:rsidP="00D971AA"/>
        </w:tc>
        <w:tc>
          <w:tcPr>
            <w:tcW w:w="2686" w:type="dxa"/>
          </w:tcPr>
          <w:p w14:paraId="2E0F20CD" w14:textId="77777777" w:rsidR="005B4F4E" w:rsidRDefault="005B4F4E" w:rsidP="00D971AA"/>
        </w:tc>
        <w:tc>
          <w:tcPr>
            <w:tcW w:w="1611" w:type="dxa"/>
          </w:tcPr>
          <w:p w14:paraId="156A15EB" w14:textId="77777777" w:rsidR="005B4F4E" w:rsidRDefault="005B4F4E" w:rsidP="00D971AA"/>
        </w:tc>
        <w:tc>
          <w:tcPr>
            <w:tcW w:w="2369" w:type="dxa"/>
          </w:tcPr>
          <w:p w14:paraId="21D789C0" w14:textId="77777777" w:rsidR="005B4F4E" w:rsidRDefault="005B4F4E" w:rsidP="00D971AA"/>
        </w:tc>
        <w:tc>
          <w:tcPr>
            <w:tcW w:w="1458" w:type="dxa"/>
          </w:tcPr>
          <w:p w14:paraId="64CC5920" w14:textId="77777777" w:rsidR="005B4F4E" w:rsidRDefault="005B4F4E" w:rsidP="00D971AA"/>
        </w:tc>
        <w:tc>
          <w:tcPr>
            <w:tcW w:w="1257" w:type="dxa"/>
          </w:tcPr>
          <w:p w14:paraId="0E83FA51" w14:textId="77777777" w:rsidR="005B4F4E" w:rsidRDefault="005B4F4E" w:rsidP="00D971AA"/>
        </w:tc>
        <w:tc>
          <w:tcPr>
            <w:tcW w:w="1443" w:type="dxa"/>
          </w:tcPr>
          <w:p w14:paraId="7826B928" w14:textId="77777777" w:rsidR="005B4F4E" w:rsidRDefault="005B4F4E" w:rsidP="00D971AA"/>
        </w:tc>
        <w:tc>
          <w:tcPr>
            <w:tcW w:w="1365" w:type="dxa"/>
          </w:tcPr>
          <w:p w14:paraId="009A3B88" w14:textId="77777777" w:rsidR="005B4F4E" w:rsidRDefault="005B4F4E" w:rsidP="00D971AA"/>
        </w:tc>
      </w:tr>
      <w:tr w:rsidR="005B4F4E" w14:paraId="60411913" w14:textId="77777777" w:rsidTr="00D971AA">
        <w:trPr>
          <w:trHeight w:val="493"/>
        </w:trPr>
        <w:tc>
          <w:tcPr>
            <w:tcW w:w="761" w:type="dxa"/>
          </w:tcPr>
          <w:p w14:paraId="38FADBFC" w14:textId="77777777" w:rsidR="005B4F4E" w:rsidRDefault="005B4F4E" w:rsidP="00D971AA"/>
        </w:tc>
        <w:tc>
          <w:tcPr>
            <w:tcW w:w="2686" w:type="dxa"/>
          </w:tcPr>
          <w:p w14:paraId="0AD628B8" w14:textId="77777777" w:rsidR="005B4F4E" w:rsidRDefault="005B4F4E" w:rsidP="00D971AA"/>
        </w:tc>
        <w:tc>
          <w:tcPr>
            <w:tcW w:w="1611" w:type="dxa"/>
          </w:tcPr>
          <w:p w14:paraId="54E4C9F9" w14:textId="77777777" w:rsidR="005B4F4E" w:rsidRDefault="005B4F4E" w:rsidP="00D971AA"/>
        </w:tc>
        <w:tc>
          <w:tcPr>
            <w:tcW w:w="2369" w:type="dxa"/>
          </w:tcPr>
          <w:p w14:paraId="682538F6" w14:textId="77777777" w:rsidR="005B4F4E" w:rsidRDefault="005B4F4E" w:rsidP="00D971AA"/>
        </w:tc>
        <w:tc>
          <w:tcPr>
            <w:tcW w:w="1458" w:type="dxa"/>
          </w:tcPr>
          <w:p w14:paraId="77071798" w14:textId="77777777" w:rsidR="005B4F4E" w:rsidRDefault="005B4F4E" w:rsidP="00D971AA"/>
        </w:tc>
        <w:tc>
          <w:tcPr>
            <w:tcW w:w="1257" w:type="dxa"/>
          </w:tcPr>
          <w:p w14:paraId="66212770" w14:textId="77777777" w:rsidR="005B4F4E" w:rsidRDefault="005B4F4E" w:rsidP="00D971AA"/>
        </w:tc>
        <w:tc>
          <w:tcPr>
            <w:tcW w:w="1443" w:type="dxa"/>
          </w:tcPr>
          <w:p w14:paraId="20F2F265" w14:textId="77777777" w:rsidR="005B4F4E" w:rsidRDefault="005B4F4E" w:rsidP="00D971AA"/>
        </w:tc>
        <w:tc>
          <w:tcPr>
            <w:tcW w:w="1365" w:type="dxa"/>
          </w:tcPr>
          <w:p w14:paraId="2349C617" w14:textId="77777777" w:rsidR="005B4F4E" w:rsidRDefault="005B4F4E" w:rsidP="00D971AA"/>
        </w:tc>
      </w:tr>
    </w:tbl>
    <w:p w14:paraId="4CED6388" w14:textId="55432224" w:rsidR="00FE6F5B" w:rsidRPr="00C14CFE" w:rsidRDefault="00FE6F5B" w:rsidP="005D0F8A">
      <w:pPr>
        <w:rPr>
          <w:lang w:val="sv-SE"/>
        </w:rPr>
      </w:pPr>
    </w:p>
    <w:sectPr w:rsidR="00FE6F5B" w:rsidRPr="00C14CFE" w:rsidSect="00C14CFE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97071622">
    <w:abstractNumId w:val="8"/>
  </w:num>
  <w:num w:numId="2" w16cid:durableId="615254718">
    <w:abstractNumId w:val="6"/>
  </w:num>
  <w:num w:numId="3" w16cid:durableId="105271714">
    <w:abstractNumId w:val="5"/>
  </w:num>
  <w:num w:numId="4" w16cid:durableId="256251068">
    <w:abstractNumId w:val="4"/>
  </w:num>
  <w:num w:numId="5" w16cid:durableId="1148744242">
    <w:abstractNumId w:val="7"/>
  </w:num>
  <w:num w:numId="6" w16cid:durableId="1352948086">
    <w:abstractNumId w:val="3"/>
  </w:num>
  <w:num w:numId="7" w16cid:durableId="381173122">
    <w:abstractNumId w:val="2"/>
  </w:num>
  <w:num w:numId="8" w16cid:durableId="2064526704">
    <w:abstractNumId w:val="1"/>
  </w:num>
  <w:num w:numId="9" w16cid:durableId="443354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F04DF"/>
    <w:rsid w:val="0015074B"/>
    <w:rsid w:val="002855C9"/>
    <w:rsid w:val="0029639D"/>
    <w:rsid w:val="002F578D"/>
    <w:rsid w:val="00325659"/>
    <w:rsid w:val="00326F90"/>
    <w:rsid w:val="00476947"/>
    <w:rsid w:val="00514FAD"/>
    <w:rsid w:val="005B4F4E"/>
    <w:rsid w:val="005D0F8A"/>
    <w:rsid w:val="00650170"/>
    <w:rsid w:val="006877D3"/>
    <w:rsid w:val="006E326A"/>
    <w:rsid w:val="007321FF"/>
    <w:rsid w:val="008E4B50"/>
    <w:rsid w:val="00906230"/>
    <w:rsid w:val="00964804"/>
    <w:rsid w:val="00A9692E"/>
    <w:rsid w:val="00AA1D8D"/>
    <w:rsid w:val="00B47730"/>
    <w:rsid w:val="00B803C3"/>
    <w:rsid w:val="00C14CFE"/>
    <w:rsid w:val="00C31E4A"/>
    <w:rsid w:val="00C61C4A"/>
    <w:rsid w:val="00CB0664"/>
    <w:rsid w:val="00DB31C4"/>
    <w:rsid w:val="00EE2610"/>
    <w:rsid w:val="00F35AB1"/>
    <w:rsid w:val="00FC693F"/>
    <w:rsid w:val="00FE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25720"/>
  <w14:defaultImageDpi w14:val="300"/>
  <w15:docId w15:val="{BC01E92B-5B35-4663-87D3-B3B93C6E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F4E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qcgroupsdnbhd</cp:lastModifiedBy>
  <cp:revision>13</cp:revision>
  <dcterms:created xsi:type="dcterms:W3CDTF">2024-12-20T01:31:00Z</dcterms:created>
  <dcterms:modified xsi:type="dcterms:W3CDTF">2024-12-20T02:57:00Z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2024-12-20T00:16:39Z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fa681cda-609a-45cd-85ea-95a96dd656cc</vt:lpwstr>
  </property>
  <property fmtid="{D5CDD505-2E9C-101B-9397-08002B2CF9AE}" pid="7" name="MSIP_Label_defa4170-0d19-0005-0004-bc88714345d2_ActionId">
    <vt:lpwstr>d09a8dc2-4825-4b2c-8beb-651028a0b7da</vt:lpwstr>
  </property>
  <property fmtid="{D5CDD505-2E9C-101B-9397-08002B2CF9AE}" pid="8" name="MSIP_Label_defa4170-0d19-0005-0004-bc88714345d2_ContentBits">
    <vt:lpwstr>0</vt:lpwstr>
  </property>
</Properties>
</file>